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הורים מכל הסוגים – הורות בטבע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לאתר מידע מדויק בטקסט ובטבלה על הורות אצל בעלי 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להסיק מסקנות מתוך נתונים (כמה צאצאים, כמה טיפול)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השוואה בין שני בעלי חיים תוך שימוש במילות 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איתור מידע - קריאת טבלה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פינגווין קיסרי וסוסון 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אורנגאוטן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צב 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כ-65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לפי הקול והריח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בפסקה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הצאצאים עצמאיים מיד ואין טיפול נוסף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מוסבר בפסקה על הפילים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הקוקייה כלל לא בונה קן, היא מטילה בקן של 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כתוב בפסקה 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מיון לפי אסטרטגיה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(מעט צאצאים, טיפול ארוך)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(הרבה צאצאים, בלי טיפול)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(מעט צאצאים, טיפול ארוך)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(מעט צאצאים, טיפול ארוך)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5. 22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פרשנות והיסק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בלי טיפול רבים מהצאצאים לא ישרדו, ולכן צריך הרבה ביצים כדי שחלקם יגדלו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שיש לו הרבה מה ללמוד ממנה כדי לשרוד בטבע, כמו איפה למצוא מזון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 זו לא לידה במובן הרגיל - הביצים בוקעות מתוך הכיס של הזכר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להראות שאין דרך אחת 'נכונה' להורות - גם טפילות קינון היא דרך שעובדת בטבע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יכתוב/תכתוב לפחות דבר דומה אחד (למשל - שני ההורים משקיעים זמן רב), ולפחות שני הבדלים (משך הטיפול, מי מטפל, איך מזהים את הצאצא), תוך שימוש במילות השוואה ומשפט סיכום בסוף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שצב הים - הרבה צאצאים בלי טיפול, אורנגאוטן - מעט צאצאים עם טיפול ארוך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תקינה: פינגווין קיסרי או סוסון 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מבין שדרכים שונות יכולות להצליח, כמו שהטקסט מראה במגוון הדוגמאות כולל הקוקייה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שוב את הטבלה על הלוח לפני תחילת העבודה כדי לוודא שכולם יודעים לקרוא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הפרשנות מומלץ לתת זמן לדיון קצר בזוגות לפני הכתיבה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ההשוואה מתאימה לעבודה בזוגות עבור תלמידים שמתקשים בכתיבה 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הורים מכל הסוגים – הורות בטבע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בטבע יש דרכים רבות ושונות להיות הורה - מצב ים שלא מטפל בכלל ועד אורנגאוטן שנשאר עם האם שנים. בדף הזה נתרגל קריאת מידע, הסקת מסקנות וכתיבת השוואה.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איתור מידע - קריאת טבלה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באילו שני בעלי חיים האב מטפל בביצים?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פיל ועטלף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פינגווין קיסרי וסוסון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קוקייה וצב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אורנגאוטן ופיל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לאיזה בעל חיים הטיפול הארוך ביותר לפי הטבלה?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סוסון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עטלף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אורנגאוטן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פינגווין קיסרי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באיזו שורה בטבלה אין מטפל בכלל?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קוקייה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צב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סוסון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עטלף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זמן בערך דוגר אבא הפינגווין הקיסרי על הביצה?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כ-10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כ-30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כ-65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כ-7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מזהה אם העטלף את הגור שלה?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לפי הצבע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לפי הקול והריח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לפי המקום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לא מזהה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האב פינגווין קיסרי צם כמעט ארבעה חודשים.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הלידה, אבא סוסון ים ממשיך להאכיל את הצאצאים.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טיפול משותף פירושו שגם נקבות אחרות בעדר עוזרות.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הקוקייה בונה קן גדול לאפרוחיה.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היריון הפיל נמשך כ-22 חודשים, הארוך ביותר אצל יונקי היבשה.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מיון לפי אסטרטגיה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פינגווין קיסרי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מעט צאצאים, טיפול ארוך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צב 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מעט צאצאים, טיפול ארוך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אורנגאוטן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הרבה צאצאים, בלי טיפול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מעט צאצאים, טיפול ארוך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אצל הפינגווין הקיסרי ההורים מזהים את האפרוח לפי ה__________ הייחודי שלו.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אצל סוסוני הים ה__________ הוא שנושא את הביצים בכיס המיוחד.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הצעיר של האורנגאוטן נשאר עם אמו כ-__________ שנים.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הקוקייה מטילה ביצה בקן של ציפור ממין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ההיריון אצל הפילים נמשך כ-__________ חודשים.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פרשנות והיסק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למה, לדעתכם, לצב ים יש עשרות ביצים בכל פעם?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אפשר להסיק מכך שאורנגאוטן צעיר נשאר עם אמו כשבע שנים?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הכותב/ת שם/ה את המילה 'יולד' במירכאות בפסקה על סוסון הים?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המטרה של הפסקה האחרונה על הקוקייה?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כתיבת 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השוו בין ההורות של הפינגווין הקיסרי להורות של הפיל (5-7 שורות): מה דומה ומה שונה? השתמשו בטבלה ובמילות השוואה כמו 'בדומה ל...' ו'לעומת זאת...'.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האסטרטגיה של צב הים לאסטרטגיה של האורנגאוטן?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לבעל חיים שבו האב מטפל בצאצאים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אין בטבע דרך אחת 'נכונה' להורות?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הורים מכל הסוגים – הורות בטבע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